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מִטְרִיָּה כְּחֻלָּה - קריאה עם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שְׁוָא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מילה שלמה מהברות קטנות בעזרת 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הקצר על המטריה והכלב שוקו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שמגן מהגשם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שווא הוא תנועה קטנה מאוד, כמעט לא נשמעת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 המטריה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מתחילה מהברה קטנה ומתארכת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(תנועה קטנה בהברה)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(קופצת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(זמן מנוחה בבית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פירמידת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ההברה הקטנה עם השְׁוָא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עוד הברה וקוראים חלק מהמילה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השלמה מִטְרִיָּה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משפט שלם שיש בו את המילה מִטְרִיָּה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עם המילה מטריה, כתיב תקין, קשור לגשם או לחורף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תנועה קטנה בהברה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להישאר יבשים בגשם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הדף בקול יחד עם התלמידים לפי סדר הפירמידה, שורה אחר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צליל השְׁוָא בקול לפני שעוברים לתרגילי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ולהתמקד בזיהוי המילה מִטְרִיָּה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מִטְרִיָּה כְּחֻלָּה - קריאה עם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לקרוא את המילה מִטְרִיָּה שורה אחר שורה, מההברה הקטנה ביותר ועד למשפט שלם, בעזרת פירמידת 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מטריה  ·  שוקו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זאת מִטְרִיָּה?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שמגן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לאכילה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עונה משתמשים הכי הרבה במטריה?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שם הכלב שמופיע בדף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שְׁוָא הוא תנועה גדולה וארוכה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מִטְרִיָּה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פירמידת קריאה מתחילה מהמילה הכי 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מגנה עלינו מהגשם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הכלב בסיפור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מִטְרִיָּה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תנועה קטנה בהברה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שְׁוָא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מגנה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מְדַלֶּגֶת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זמן מנוחה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הַפְסָקָה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קופצת ממקום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בניית 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משפט שלם שיש בו את המילה מִטְרִיָּה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השלמה מִטְרִיָּה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ההברה הקטנה עם השְׁוָא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עוד הברה וקוראים חלק מהמילה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משלכם עם המילה מִטְרִיָּה, בדומה למשפטים בדף הקריאה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שְׁוָא במילה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אנחנו משתמשים במטריה?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מִטְרִיָּה כְּחֻלָּה - קריאה עם שְׁוָא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