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מִטְרִיָּה כְּחֻלָּה - קריאה עם שְׁוָא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מילים עם שְׁוָא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מילה שלמה מהברות קטנות בעזרת פירמידת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הקצר על המטריה והכלב שוקו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שמגן מהגשם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תנועה קטנה בהברה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שווא הוא תנועה קטנה מאוד, כמעט לא נשמעת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תפקיד המטריה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מתחילה מהברה קטנה ומתארכת בהדרגה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עליו בתחתית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כתוב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מדלגת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(מגנה מהגשם)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(תנועה קטנה בהברה)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(קופצת ממקום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(זמן מנוחה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(שם של כלב)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(תרגיל שבונה מילה בהדרגה)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פירמידת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ההברה הקטנה עם השְׁוָא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עוד הברה וקוראים חלק מהמילה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המילה השלמה מִטְרִיָּה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משפט שלם שיש בו את המילה מִטְרִיָּה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לוחצים על הצגת הכול כדי לראות את כל הפירמידה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עם המילה מטריה, כתיב תקין, קשור לגשם או לחורף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פשוט: הילדה מדלגת בהפסקה, הכלב שוקו מוזכר בהמשך, יש מטריה כחולה בגשם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תנועה קטנה בהברה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להישאר יבשים בגשם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הדף בקול יחד עם התלמידים לפי סדר הפירמידה, שורה אחר 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צליל השְׁוָא בקול לפני שעוברים לתרגילי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לדלג על הפריטים המסומנים ולהתמקד בזיהוי המילה מִטְרִיָּה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מִטְרִיָּה כְּחֻלָּה - קריאה עם שְׁוָא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נלמד לקרוא את המילה מִטְרִיָּה. נתחיל מצליל קטן ונבנה לאט לאט מילה שלמה ואז משפט.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שְׁוָא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קטנה מאוד שנשמעת בהברה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מִטְרִיָּה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שמגן עלינו מהגשם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פִּירָמִידַת קְרִיאָה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תרגיל שבו בונים מילה שורה אחר שורה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הֲבָרָה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בתוך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מְדַלֶּגֶת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קופצת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הַפְסָקָה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מנוחה בבית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הַקְרָאָה לְדוּגְמָה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השמעה של איך קוראים נכון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עם מטריה?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שמגן מהגשם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לאכילה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יורד הכי הרבה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לכלב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הילדה קופצת?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בבוקר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שווא זה סוג של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תנועה קטנה בהברה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משפט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שְׁוָא הוא תנועה גדולה וארוכה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מִטְרִיָּה עוזרת להישאר יבשים בגשם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פירמידת קריאה מתחילה מהמילה הכי ארוכה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הכלב שוקו מופיע בדף הקריאה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ללחוץ על הקראה לדוגמה כדי לשמוע איך קוראים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מגנה עלינו מהגשם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הכלב בסיפור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הילדה __________ בהפסקה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שְׁוָא הוא סוג של __________ קטנה בהברה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בפירמידת קריאה מוסיפים בכל שורה עוד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מִטְרִיָּה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של כלב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שְׁוָא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תרגיל שבונה מילה בהדרגה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מְדַלֶּגֶת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תנועה קטנה בהברה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הַפְסָקָה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מגנה מהגשם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זמן מנוחה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פירמידת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קופצת ממקום למקום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בניית פירמידת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השלמה מִטְרִיָּה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משפט שלם שיש בו את המילה מִטְרִיָּה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הצגת הכול כדי לראות את כל הפירמידה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ההברה הקטנה עם השְׁוָא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עוד הברה וקוראים חלק מהמילה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משלכם עם המילה מִטְרִיָּה, בדומה למשפטים בדף הקריאה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בקצרה מה קורה בסיפור הקצר על הכלב שוקו ועל הילדה המדלגת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שְׁוָא במילה אחת?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אנחנו משתמשים במטריה?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קוראים לכלב שמופיע בדף?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מִטְרִיָּה כְּחֻלָּה - קריאה עם שְׁוָא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