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מִטְרִיָּה כְּחֻלָּה - קריאה עם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מילה שלמה מהברות קטנות בעזרת 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הקצר על המטריה והכלב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שמגן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תנועה קטנה בהברה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שווא הוא תנועה קטנה מאוד, כמעט לא נשמעת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 המטריה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מתחילה מהברה קטנה ומתארכת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עליו בתחתית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(תנועה קטנה בהברה)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(קופצת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(זמן מנוחה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של 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(תרגיל שבונה מילה בהדרגה)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פירמידת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ההברה הקטנה עם השְׁוָא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עוד הברה וקוראים חלק מהמילה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השלמה מִטְרִיָּה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משפט שלם שיש בו את המילה מִטְרִיָּה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לוחצים על הצגת הכול כדי לראות את כל הפירמידה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עם המילה מטריה, כתיב תקין, קשור לגשם או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פשוט: הילדה מדלגת בהפסקה, הכלב שוקו מוזכר בהמשך, יש מטריה כחולה בגשם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תנועה קטנה בהברה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יבשים בגשם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הדף בקול יחד עם התלמידים לפי סדר הפירמידה,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צליל השְׁוָא בקול לפני שעוברים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בזיהוי המילה מִטְרִיָּה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מִטְרִיָּה כְּחֻלָּה - קריאה עם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לקרוא את המילה מִטְרִיָּה שורה אחר שורה, מההברה הקטנה ביותר ועד למשפט שלם, בעזרת פירמידת קריאה.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זאת מִטְרִיָּה?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שמגן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לאכילה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משתמשים הכי הרבה במטריה?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הכלב שמופיע בדף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הילדה מְדַלֶּגֶת,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שְׁוָא?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קטנה בהברה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שְׁוָא הוא תנועה גדולה וארוכה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מִטְרִיָּה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פירמידת קריאה מתחילה מהמילה הכי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 שוקו מופיע בדף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הקראה לדוגמה כדי לשמוע איך קוראים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מגנה עלינו מהגשם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הכלב בסיפור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__________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שְׁוָא הוא סוג של __________ קטנה בהברה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בפירמידת קריאה מוסיפים בכל שורה עוד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מִטְרִיָּה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של כלב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שְׁוָא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קופצת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מְדַלֶּגֶת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מנוחה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הַפְסָקָה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 קטנה בהברה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תרגיל שבונה מילה בהדרגה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פירמידת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מגנה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משפט שלם שיש בו את המילה מִטְרִיָּה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ההברה הקטנה עם השְׁוָא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הצגת הכול כדי לראות את כל הפירמידה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עוד הברה וקוראים חלק מהמילה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השלמה מִטְרִיָּה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עם המילה מִטְרִיָּה, בדומה למשפטים בדף הקריאה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מה קורה בסיפור הקצר על הכלב שוקו ועל הילדה המדלגת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שְׁוָא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משתמשים במטריה?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לכלב שמופיע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מִטְרִיָּה כְּחֻלָּה - קריאה עם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